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קיר ימי הולדת וקיר הכיתה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חודשי הלועזי לחודשים העבריים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מרכיבי קיר הכיתה: ברכות, כותרות ותורנויות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ברכה אישית וכותרת השראה לקיר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 - חודשים עברי ולועזי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תשרי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תמוז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נובמבר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די-ג'יי הפסקה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תשרי הוא החודש הראשון בלוח העברי ומקביל לספטמבר-אוקטובר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ניסן מקביל למרץ-אפריל, לא לינואר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מופיע ברשימת התפקידים בקיר הכיתה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קיר הכיתה כולל גם כותרות ומשפטי השראה כמו יחד אנחנו חזקים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 -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תמוז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פברואר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אחראי/ת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צומחים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 - התאמת חודשים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(חשוון)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(אדר)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(סיוון)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(אלול)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 - סדר החודשים העבריים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כסלו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טבת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שבט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חלק ו -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ברכה חיובית, אישית ומכבדת, בת 1-2 משפטים, בסגנון הברכות שבדף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קצר, חיובי ומעודד, בסגנון הכותרות הקיימות כמו יחד אנחנו חזקים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ניסן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ברכה פונה לאדם מסוים ליום הולדתו, כותרת השראה היא משפט כללי לקיר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תפקיד מהרשימה כמו אחראי/ת צמחים או שומר/ת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כרזות החודשים בזמן התרגול כדי לעזור בזיהוי ההתאמות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לתלמידים לבחור תפקיד דמיוני מלוח התורנויות ולהסביר למה בחרו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כדאי לעודד שימוש בלשון מכבדת ובסגנון חיובי כפי שמופיע בדף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קיר ימי הולדת וקיר הכיתה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בכיתה יש קיר מיוחד ליום הולדת ולקיר הכיתה. יש בו שמות של חודשים, ברכות, משפטים יפים ורשימת תפקידים. נתרגל את זה ביחד.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תורנות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תפקיד קבוע שתלמיד או תלמידה עושים בכיתה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חודש עברי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חודש לפי הלוח העברי, כמו תשרי או ניסן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חודש לועזי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חודש לפי הלוח הרגיל, כמו ינואר או מאי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ברכה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טוב שאומרים או כותבים למישהו ליום הולדת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כותרת השראה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קצר ומעודד שתולים על קיר הכיתה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ועדה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תלמידים שאחראית על משימה מסוימת, כמו ימי הולדת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שלט ברוכים הבאים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שלט שמקבל את הפנים של תלמידים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 א - חודשים עברי ולועזי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שם החודש העברי שמתאים לספטמבר?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כסלו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שם החודש הלועזי שמתאים לניסן?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ינואר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פברואר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אפריל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שם החודש העברי שמתאים ליוני?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תמוז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אלול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שם החודש הלועזי שמתאים לכסלו?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דצמבר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נובמבר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ינואר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אוקטובר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אחראי על המוזיקה בהפסקה לפי לוח התורנויות?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ספרן/ית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די-ג'יי 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צלם/ת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שומר/ת זמן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חלק ב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החודש העברי תשרי מקביל לספטמבר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ניסן מקביל לחודש ינואר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בלוח התורנויות יש תפקיד של אחראי/ת צמחים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בקיר הכיתה אין משפטי השראה, רק ברכות יום הולדת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חלק ג -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החודש העברי המקביל לדצמבר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החודש העברי המקביל ליוני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החודש הלועזי המקביל לאדר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התפקיד האחראי על הצמחים בכיתה נקרא __________ צמחים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אחד ממשפטי ההשראה בקיר הכיתה הוא: כאן __________ יחד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חלק ד - התאמת חודשים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אוקטובר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אדר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פברואר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סיוון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יולי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אלול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אוגוסט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חשוון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חלק ה - סדר החודשים העבריים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כסלו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תשרי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חשוון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טבת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חלק ו -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ברכת יום הולדת אישית לחבר/ה בכיתה, בהשראת הברכות שבקיר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כותרת השראה חדשה שתוכל להתאים לקיר הכיתה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שם החודש העברי המקביל לחודש מרץ?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ברכת יום הולדת לבין כותרת השראה?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תפקיד אחד מלוח התורנויות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קיר ימי הולדת וקיר הכיתה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