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קיר ימי הולדת וקיר 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חודשי הלועזי לחודשים העבריים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קיר הכיתה: ברכות, כותרות ותורנויות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ברכה אישית וכותרת השראה לקיר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חודשים עברי ולועזי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די-ג'יי 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תשרי הוא החודש הראשון בלוח העברי ומקביל לספטמבר-אוקטובר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ניסן מקביל למרץ-אפריל, לא לינואר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מופיע ברשימת התפקידים בקיר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קיר הכיתה כולל גם כותרות ומשפטי השראה כמו יחד אנחנו חזקים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פברואר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אחראי/ת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התאמת חודשים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(חשוון)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(אלול)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 החודשים העבריים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ברכה חיובית, אישית ומכבדת, בת 1-2 משפטים, בסגנון הברכות שבדף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קצר, חיובי ומעודד, בסגנון הכותרות הקיימות כמו יחד אנחנו חזקים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ברכה פונה לאדם מסוים ליום הולדתו, כותרת השראה היא משפט כללי לקיר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תפקיד מהרשימה כמו אחראי/ת צמחים או שומר/ת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כרזות החודשים בזמן התרגול כדי לעזור בזיהוי ההתאמות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תפקיד דמיוני מלוח התורנויות ולהסביר למה בחרו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לעודד שימוש בלשון מכבדת ובסגנון חיובי כפי שמופיע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קיר ימי הולדת וקיר 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קיר ימי ההולדת וקיר הכיתה כוללים כרזות חודשים, ברכות ליום הולדת, משפטי השראה ולוח תורנויות. בדף הזה נתרגל את כל החלקים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חודשים עברי ולועזי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חודש עברי מקביל לספטמבר?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חודש לועזי מקביל לניסן?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פברואר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אפריל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חודש עברי מקביל ליוני?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חודש לועזי מקביל לכסלו?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תפקיד בלוח התורנויות אחראי על המוזיקה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ספרן/ית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די-ג'יי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צלם/ת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שומר/ת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החודש העברי תשרי מקביל לספטמבר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ניסן מקביל לחודש ינואר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התורנויות יש תפקיד של אחראי/ת צמחים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בקיר הכיתה אין משפטי השראה, רק ברכות יום הולדת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החודש העברי המקביל לדצמבר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החודש העברי המקביל ליוני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החודש הלועזי המקביל לאדר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התפקיד האחראי על הצמחים בכיתה נקרא __________ 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אחד ממשפטי ההשראה בקיר הכיתה הוא: כאן __________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התאמת חודשים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אוקטובר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פברואר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אלול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אוגוסט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חשוון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סדר החודשים העבריים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-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ברכת יום הולדת אישית לחבר/ה בכיתה, בהשראת הברכות שבקיר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כותרת השראה חדשה שתוכל להתאים לקיר הכיתה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החודש העברי המקביל לחודש מרץ?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ברכת יום הולדת לבין כותרת השראה?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תפקיד אחד מלוח התורנויות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קיר ימי הולדת וקיר 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